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הוקרה ומילים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מחמאה שטחית למחמאה מדויקת שמתמקדת במעשה ובאופי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קטגוריות ההוקרה: לחבר/ה, למורה, לעצמי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מילים טובות ומדויקות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הופך מחמאה למדויקת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עזרת לי היום בלי שביקשתי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מחמאה טובה מדברת על מעשה או אופי, מחמאה שטחית מדברת רק על מראה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לחבר/ה, למורה, לעצמי ולכיתה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לעזור למצוא מילים מדויקות לתיאור מעשה ואופי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מחמאה טובה מתמקדת במעשה ובאופי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קטגוריה של כרטיסי הוקרה לעצמי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ארבע קטגוריות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נדיבות היא תכונת אופי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מחמאה כנה ומדויקת מחזקת יחסים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למחמאה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(עזרת לי להבין שיעור קשה בסבלנות)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(הסברת לנו בצורה שגרמה לכולנו 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(התמדתי בתרגול למרות שהיה לי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(כולנו עבדנו יחד כדי לעזור לחבר חדש להרגיש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כרטיס הוקרה אחד מהערכה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המשפט בכרטיס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על מי מתאים לקבל את המחמאה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לומר או לכתוב את המחמאה למי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להקשיב לתגובה ולשתף איך זה הרגיש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כרטיס הוקרה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המחמאה מתייחסת למעשה קונקרטי ולא למראה, כתובה בלשון חיובית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המשפט מתייחס למעשה או לתכונת אופי אמיתית, כתוב בגוף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מחמאה טובה מתייחסת למעשה או לאופי ולא למראה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כוללת תכונת אופי כמו נדיבות, התמדה או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לחבר/ה, למורה, לעצמי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אחת של מחמאה שטחית מול מחמאה מדויקת ולדון בהבדל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במילים מבנק המילים הטובות בכתיבה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קולי של כמה כרטיסים בכיתה, לפי רצון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הוקרה ומילים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כרטיסים עם מילים טובות. לומדים להגיד מחמאה טובה על מעשה, לא רק על מראה.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מחמאה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טוב שאומרים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התכונות הפנימיות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שמישהו 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ולעזור לאחרים בלב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לנסות ולא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למה שמוטל עלינו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טוב כלפי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הופך מחמאה למדויקת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מחמאה מדברת על מה שעשית ולא איך את/ה נראה/ית?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לך שיער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עזרת לי היום בלי שביקשתי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הבגדים שלך מגניבים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את/ה גבוה/ה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שני סוגי המחמאות?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מחמאה טובה מדברת על מעשה או אופי, מחמאה שטחית מדברת רק על 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מחמאה טובה תמיד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מחמאה שטחית תמיד שקרית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אפשר לתת כרטיס הוקרה?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לחבר/ה, למורה, לעצמי ולכיתה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כרטיסים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משמש בנק המילים הטובות?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למצוא מילים מדויקות לתיאור מעשה ואופי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חוקי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שמות של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מחמאה טובה מדברת בעיקר על מראה חיצוני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כרטיס הוקרה גם לעצמי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בערכה יש כרטיסים רק בקטגוריה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נדיבות היא תכונת אופי שאפשר להוקיר בה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טובה מדויקת יכולה לחזק את הקשר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מחמאה טובה מדברת על __________ ועל אופי, לא על 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בערכה יש כרטיסי הוקרה לחבר/ה, למורה, לעצמי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מישהו עוזר לחבר שנתקע בתרגיל, אפשר לומר שזה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בבנק המילים הטובות יש __________ מילים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כרטיס הוקרה שכותבים לעצמנו נקרא 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למחמאה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התמדתי בתרגול למרות שהיה לי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עזרת לי להבין שיעור קשה בסבלנות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כולנו עבדנו יחד כדי לעזור לחבר חדש להרגיש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הסברת לנו בצורה שגרמה לכולנו להבין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השימוש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המשפט בכרטיס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כרטיס הוקרה אחד מהערכה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לתגובה ולשתף איך זה הרגיש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מי מתאים לקבל את המחמאה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או לכתוב את המחמאה למי שבחרתם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כרטיס 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מחמאה מדויקת לחבר/ה בכיתה, שמתמקדת במעשה שהוא/היא עשה/תה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כרטיס הוקרה לעצמכם - משהו שאתם גאים בו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מחמאה טובה למחמאה שטחית?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למחמאה שמתמקדת באופי של 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לאילו ארבע קטגוריות מחולקים כרטיסי ההוקרה?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הוקרה ומילים טובות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