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הוקרה ומילים טובות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מחמאה שטחית למחמאה מדויקת שמתמקדת במעשה ובאופי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קטגוריות ההוקרה: לחבר/ה, למורה, לעצמי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מילים טובות ומדויקות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הופך מחמאה למדויקת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עזרת לי היום בלי שביקשתי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מחמאה טובה מדברת על מעשה או אופי, מחמאה שטחית מדברת רק על מראה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מחמאה טובה מתמקדת במעשה ובאופי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קטגוריה של כרטיסי הוקרה לעצמי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ארבע קטגוריות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נדיב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קטגוריה למחמאה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(עזרת לי להבין שיעור קשה בסבלנות)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(הסברת לנו בצורה שגרמה לכולנו 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(התמדתי בתרגול למרות שהיה לי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(כולנו עבדנו יחד כדי לעזור לחבר חדש להרגיש שייך)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השימוש בכרטיסים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כרטיס הוקרה אחד מהערכה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לקרוא את המשפט בכרטיס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לחשוב על מי מתאים לקבל את המחמאה הזו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כרטיס הוקרה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המחמאה מתייחסת למעשה קונקרטי ולא למראה, כתובה בלשון חיובית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מחמאה טובה מתייחסת למעשה או לאופי ולא למראה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כוללת תכונת אופי כמו נדיבות, התמדה או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לחבר/ה, למורה, לעצמי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אחת של מחמאה שטחית מול מחמאה מדויקת ולדון בהבדל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להשתמש במילים מבנק המילים הטובות בכתיבה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קולי של כמה כרטיסים בכיתה, לפי רצון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הוקרה ומילים טובות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כרטיסי ההוקרה עוזרים לנו לשים לב למעשים טובים ולתכונות אופי יפות אצל עצמנו ואצל אחרים, ולומר זאת במילים מדויקות.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נדיב  ·  מעשה  ·  לכיתה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 הופך מחמאה למדויקת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מחמאה מתמקדת במעשה ולא במראה?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לך שיער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עזרת לי היום בלי שביקשתי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הבגדים שלך מגניבים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ההבדל בין מחמאה טובה למחמאה שטחית?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מחמאה טובה מדברת על מעשה או אופי, מחמאה שטחית מדברת רק על מראה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מחמאה טובה תמיד ארוכה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מחמאה טובה מדברת בעיקר על מראה חיצוני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לתת כרטיס הוקרה גם לעצמי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בערכה יש כרטיסים רק בקטגוריה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מחמאה טובה מדברת על __________ ועל אופי, לא על מראה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בערכה יש כרטיסי הוקרה לחבר/ה, למורה, לעצמי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כאשר מישהו עוזר לחבר שנתקע בתרגיל, אפשר לומר שזה היה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קטגוריה למחמאה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לחבר/ה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כולנו עבדנו יחד כדי לעזור לחבר חדש להרגיש שייך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עזרת לי להבין שיעור קשה בסבלנות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הסברת לנו בצורה שגרמה לכולנו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התמדתי בתרגול למרות שהיה לי 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השימוש בכרטיסים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על מי מתאים לקבל את המחמאה הזו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כרטיס הוקרה אחד מהערכה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המשפט בכרטיס בעיון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כרטיס הוקרה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מחמאה מדויקת לחבר/ה בכיתה, שמתמקדת במעשה שהוא/היא עשה/תה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מחמאה טובה למחמאה שטחית?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למחמאה שמתמקדת באופי של מישהו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הוקרה ומילים טובות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